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פשוט ולהבין את עקרון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בכלכלת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תרופות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גלידה אחרי ארוחת 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מזון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דואגים לצרכים ואז לרצונות אם יש כסף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הבסיסית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תקציב הוא כלי לתכנון הוצאות והכנסות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צרכים ורצונות משתנים מאדם לאדם ומנסיבות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מוציאים יותר ממה שמכניסים אין מה לחסוך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(דבר הכרחי לקיום)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נעים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(תכנון הוצאות והכנסות)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(כסף שנשמר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שמתקבל)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ו (כסף שמשולם)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תכננו תקציב - 300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רשמו כמה כסף יש לכם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רשימה של כל הצרכים וההוצאות ההכרחיות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הפרישו סכום לצרכים ההכרחיים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כמה כסף נשאר אחרי הצרכים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החליטו כמה מהכסף הנותר תחסכו וכמה תוציאו על רצונות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הקצאה הגיונית לצרכים בסיסיים, הסבר לבחירת הרצונות, וסכום סביר לחיסכון עם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ההבדל בין צורך לרצון ויכולת לקבל החלטה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צורך כהכרחי ורצון כלא הכרחי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שתקציב הוא תכנון הכנסות והוצאות ושהוא מסייע בניהול כסף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שיש להקדים צרכים לרצונות ולשקול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אחד המשחקים באתר כהקדמה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שונות לצרכים ורצונות כדי להמחיש שההגדרה יכולה להשתנות לפי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התקציב כדאי לעודד תלמידים לשתף את הבחירות שלהם ולדון בשוני בין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שמככבים במשחקים באתר: צורך מול רצון, תכנון תקציב וחיסכון.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מבין הבאים הוא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תרופות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 חדיש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מבין הבאים הוא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 אחרי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ילד רוצה אופניים חדשים למרות שיש לו אופניים תקינים. זהו: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מהבאים הוא תמיד צורך ולא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טיסה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יקר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תמיד לקנות דברים שרוצים לפני דברים שצריכים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לשימוש עתידי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עוזר לתכנן איך להשתמש בכסף בצורה חכמה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צריך ורוצה בדיוק את אותם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לחסוך כסף רק אם יש יותר הכנסה מהוצאה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שחייבים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שנעים לקבל אך אפשר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תכנון של הכנסות והוצאות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ששומרים לעתיד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שמקבלים, למשל ממשכורת,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כסף שמשלמים על דבר מה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שמתקבל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הכרחי לקיום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כסף שנשמר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תכנון הוצאות והכנסות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כסף שמשולם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תכננו תקציב - 300 ש״ח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כסף נשאר אחרי הצרכים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כמה כסף יש לכם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רשימה של כל הצרכים וההוצאות ההכרחיות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כמה מהכסף הנותר תחסכו וכמה תוציאו על רצונות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הפרישו סכום לצרכים ההכרחיים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שקיבלתם 300 ש״ח. כתבו איך הייתם מחלקים אותם בין צרכים, רצונות וחיסכון,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מהחיים שלכם למצב שבו הייתם צריכים לבחור בין צורך לרצון, וכתבו מה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תקציב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הכנסה קבועה, מה הסדר הנכון להחליט על הוצאות?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 - צורך, רצון ותקציב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