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 - צורך, רצון ותקציב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בהחלטות כלכליות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תקציב פשוט ולהבין את עקרון החיסכון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בסיסיים בכלכלת המשפחה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צורך או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תרופות כשחולים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גלידה אחרי ארוחת צהריים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מזון בסיסי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קודם דואגים לצרכים ואז לרצונות אם יש כסף פנוי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הבסיסית של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תקציב הוא כלי לתכנון הוצאות והכנסות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צרכים ורצונות משתנים מאדם לאדם ומנסיבות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אם מוציאים יותר ממה שמכניסים אין מה לחסוך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רצון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הכנסה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 הכרחי לקיום)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(דבר נעים אך לא הכרחי)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(תכנון הוצאות והכנסות)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(כסף שנשמר לעתיד)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(כסף שמתקבל)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(כסף שמשולם)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תכננו תקציב - 300 ש״ח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רשמו כמה כסף יש לכם בסך הכל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רשמו רשימה של כל הצרכים וההוצאות ההכרחיות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הפרישו סכום לצרכים ההכרחיים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כמה כסף נשאר אחרי הצרכים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החליטו כמה מהכסף הנותר תחסכו וכמה תוציאו על רצונות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הקצאה הגיונית לצרכים בסיסיים, הסבר לבחירת הרצונות, וסכום סביר לחיסכון עם 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שמראה הבנה של ההבדל בין צורך לרצון ויכולת לקבל החלטה מנומקת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נכון צורך כהכרחי ורצון כלא הכרחי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מסביר שתקציב הוא תכנון הכנסות והוצאות ושהוא מסייע בניהול כסף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שיש להקדים צרכים לרצונות ולשקול 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אחד המשחקים באתר כהקדמה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בכיתה בדוגמאות שונות לצרכים ורצונות כדי להמחיש שההגדרה יכולה להשתנות לפי מצב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התקציב כדאי לעודד תלמידים לשתף את הבחירות שלהם ולדון בשוני בין התשובות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 - צורך, רצון ותקציב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צורך, מה זה רצון, ומה זה תקציב. זה עוזר להבין איך משתמשים בכסף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שחייבים כדי לחיות, כמו אוכל ובית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שנעים לקבל אבל אפשר בלעדיו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תקציב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תכנון כמה כסף יש וכמה מוציאים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חיסכון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ששומרים ולא מוציאים עכשיו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שמשלמים על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הכנסה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שמקבלים, למשל משכורת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עדיפות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חשוב יותר לעשות קודם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תכנון פיננסי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מראש איך להשתמש בכסף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צורך או רצון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חייבים כדי לחיות?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תרופות כשחולים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טלפון חדיש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כרטיס לקולנוע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נעים אבל לא הכרחי?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 לשתייה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חמים בחורף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גלידה אחרי ארוחת 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יש לו כבר אופניים, אז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צורך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הכנסה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תקציב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חייבים בשביל לחיות?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טיסה לחופשה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מזון בסיסי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צעצוע יקר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תמיד לקנות דברים שרוצים לפני דברים שצריכים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כסף ששומרים לשימוש עתידי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תקציב עוזר לתכנן איך להשתמש בכסף בצורה חכמה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צריך ורוצה בדיוק את אותם דברים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לחסוך כסף רק אם יש יותר הכנסה מהוצאה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דבר שחייבים כדי לחיות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דבר שנעים לקבל אך אפשר בלעדיו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תכנון של הכנסות והוצאות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כסף ששומרים לעתיד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כסף שמקבלים, למשל ממשכורת,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כסף שמשלמים על דבר מה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כסף שמשולם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כסף שמתקבל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תקציב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כסף שנשמר לעתיד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חיסכון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הכרחי לקיום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הכנסה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דבר נעים אך לא הכרחי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הוצאה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תכנון הוצאות והכנסות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תכננו תקציב - 300 ש״ח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החליטו כמה מהכסף הנותר תחסכו וכמה תוציאו על רצונות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כמה כסף נשאר אחרי הצרכים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כמה כסף יש לכם בסך הכל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רשמו רשימה של כל הצרכים וההוצאות ההכרחיות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הפרישו סכום לצרכים ההכרחיים קודם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שקיבלתם 300 ש״ח. כתבו איך הייתם מחלקים אותם בין צרכים, רצונות וחיסכון,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מהחיים שלכם למצב שבו הייתם צריכים לבחור בין צורך לרצון, וכתבו מה בחרתם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 תנו דוגמה לכל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תקציב ולמה הוא חשוב?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אם יש לכם הכנסה קבועה, מה הסדר הנכון להחליט על הוצאות?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בחיים שלי - צורך, רצון ותקציב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