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בחיים שלי - צורך, רצון ותקציב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 בהחלטות כלכליות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תקציב פשוט ולהבין את עקרון החיסכון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בסיסיים בכלכלת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צורך או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תרופות כשחולים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גלידה אחרי ארוחת צהריים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קודם דואגים לצרכים ואז לרצונות אם יש כסף פנוי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הבסיסית של חיסכון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תקציב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(דבר הכרחי לקיום)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(דבר נעים אך לא הכרחי)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(תכנון הוצאות והכנסות)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(כסף שנשמר לעתיד)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תכננו תקציב - 300 ש״ח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רשמו כמה כסף יש לכם בסך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רשמו רשימה של כל הצרכים וההוצאות ההכרחיות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הפרישו סכום לצרכים ההכרחיים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בדקו כמה כסף נשאר אחרי הצרכים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הקצאה הגיונית לצרכים בסיסיים, הסבר לבחירת הרצונות, וסכום סביר לחיסכון עם 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נכון צורך כהכרחי ורצון כלא הכרחי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שתקציב הוא תכנון הכנסות והוצאות ושהוא מסייע בניהול כסף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שיש להקדים צרכים לרצונות ולשקול 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עם אחד המשחקים באתר כהקדמה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בדוגמאות שונות לצרכים ורצונות כדי להמחיש שההגדרה יכולה להשתנות לפי 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התקציב כדאי לעודד תלמידים לשתף את הבחירות שלהם ולדון בשוני בין התשובות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בחיים שלי - צורך, רצון ותקציב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המושגים שמככבים במשחקים באתר: צורך מול רצון, תכנון תקציב וחיסכון.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תקציב  ·  צורך  ·  רצון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צורך או 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מבין הבאים הוא צורך?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משחק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תרופות כשחולים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טלפון חדיש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מבין הבאים הוא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מים לשתייה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בגדים חמים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גלידה אחרי ארוחת צהריים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צריך תמיד לקנות דברים שרוצים לפני דברים שצריכים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חיסכון הוא כסף ששומרים לשימוש עתידי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דבר שחייבים כדי לחיות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דבר שנעים לקבל אך אפשר בלעדיו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תכנון של הכנסות והוצאות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דבר נעים אך לא הכרחי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דבר הכרחי לקיום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כסף שנשמר לעתיד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תכנון הוצאות והכנסות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תכננו תקציב - 300 ש״ח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בדקו כמה כסף נשאר אחרי הצרכים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הפרישו סכום לצרכים ההכרחיים קודם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רשמו כמה כסף יש לכם בסך הכל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רשמו רשימה של כל הצרכים וההוצאות ההכרחיות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שקיבלתם 300 ש״ח. כתבו איך הייתם מחלקים אותם בין צרכים, רצונות וחיסכון,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צורך לרצון? תנו דוגמה לכל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תקציב ולמה הוא חשוב?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כסף בחיים שלי - צורך, רצון ותקציב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